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George Orwell</w:t>
      </w:r>
    </w:p>
    <w:p>
      <w:pPr>
        <w:pStyle w:val="Heading2"/>
        <w:jc w:val="center"/>
      </w:pPr>
      <w:r>
        <w:t>1984 (1949)</w:t>
      </w:r>
    </w:p>
    <w:p>
      <w:pPr>
        <w:jc w:val="center"/>
      </w:pPr>
      <w:r>
        <w:t>Roman dystopique : le langage comme instrument de domination totalitaire absolue</w:t>
      </w:r>
    </w:p>
    <w:p/>
    <w:p>
      <w:pPr>
        <w:pStyle w:val="Heading2"/>
      </w:pPr>
      <w:r>
        <w:t>1. Contexte, ambition et portée du roman</w:t>
      </w:r>
    </w:p>
    <w:p>
      <w:pPr>
        <w:spacing w:before="120" w:line="360" w:lineRule="auto"/>
      </w:pPr>
      <w:r>
        <w:t>Orwell écrit 1984 alors qu'il souffre de la tuberculose, entre 1946 et 1948. Il meurt quelques mois après la publication en 1949. C'est son dernier roman et son dernier grand texte politique.</w:t>
      </w:r>
    </w:p>
    <w:p>
      <w:pPr>
        <w:spacing w:before="120" w:line="360" w:lineRule="auto"/>
      </w:pPr>
      <w:r>
        <w:t>Le roman est conçu comme une dystopie totale : une société où l'État exerce un contrôle quasi absolu sur les esprits et les corps. C'est une projection extrême des tendances totalitaires observées dans l'Union soviétique et l'Allemagne nazie.</w:t>
      </w:r>
    </w:p>
    <w:p>
      <w:pPr>
        <w:spacing w:before="120" w:line="360" w:lineRule="auto"/>
      </w:pPr>
      <w:r>
        <w:t>Contrairement à d'autres dystopies, Orwell ne propose pas une fable morale. Il affirme que le totalitarisme est progressivement réalisable, que le pouvoir absolu est possible, et que la victoire finale du totalitarisme est concevable.</w:t>
      </w:r>
    </w:p>
    <w:p>
      <w:pPr>
        <w:spacing w:before="120" w:line="360" w:lineRule="auto"/>
      </w:pPr>
      <w:r>
        <w:t>Pour notre dossier sur le langage et la tyrannie, 1984 est une ressource absolument centrale. Le roman montre comment le langage peut être délibérément appauvri et reconfiguré pour rendre impossible toute pensée critique ou alternative.</w:t>
      </w:r>
    </w:p>
    <w:p>
      <w:pPr>
        <w:pStyle w:val="Heading2"/>
      </w:pPr>
      <w:r>
        <w:t>2. La novlangue : réduire le langage pour réduire la pensée</w:t>
      </w:r>
    </w:p>
    <w:p>
      <w:pPr>
        <w:spacing w:before="120" w:line="360" w:lineRule="auto"/>
      </w:pPr>
      <w:r>
        <w:t>L'innovation majeure d'Orwell est le concept de "novlangue" (Newspeak). C'est une langue artificielle, conçue par le régime totalitaire pour remplacer progressivement l'anglais ordinaire.</w:t>
      </w:r>
    </w:p>
    <w:p>
      <w:pPr>
        <w:spacing w:before="120" w:line="360" w:lineRule="auto"/>
      </w:pPr>
      <w:r>
        <w:t>La novlangue fonctionne selon un principe simple : réduire le vocabulaire de manière que certaines pensées deviennent littéralement inexprimables.</w:t>
      </w:r>
    </w:p>
    <w:p>
      <w:pPr>
        <w:pStyle w:val="Heading3"/>
      </w:pPr>
      <w:r>
        <w:t>Principe 1 : Réduction du vocabulaire</w:t>
      </w:r>
    </w:p>
    <w:p>
      <w:pPr>
        <w:spacing w:before="60" w:line="360" w:lineRule="auto"/>
      </w:pPr>
      <w:r>
        <w:t>Au lieu d'avoir des mots nombreux et distincts, on crée des mots de plus en plus généraux. "Mauvais" disparaît, remplacé par "mal". "Bon" devient "bon". Les nuances s'effacent.</w:t>
      </w:r>
    </w:p>
    <w:p>
      <w:pPr>
        <w:spacing w:before="60" w:line="360" w:lineRule="auto"/>
      </w:pPr>
      <w:r>
        <w:t>L'objectif : rendre impossible l'expression des distinctions morales fines. Si on ne peut pas dire "tyrannique", "oppressif", "cruel", on ne peut pas articuler une critique du régime en ces termes.</w:t>
      </w:r>
    </w:p>
    <w:p>
      <w:pPr>
        <w:pStyle w:val="Heading3"/>
      </w:pPr>
      <w:r>
        <w:t>Principe 2 : Compression sémantique</w:t>
      </w:r>
    </w:p>
    <w:p>
      <w:pPr>
        <w:spacing w:before="60" w:line="360" w:lineRule="auto"/>
      </w:pPr>
      <w:r>
        <w:t>Des mots comme "joycamp" (concentration camp) ou "ministère de la Paix" (ministère responsable de la guerre) unissent dans un seul terme deux réalités contradictoires.</w:t>
      </w:r>
    </w:p>
    <w:p>
      <w:pPr>
        <w:spacing w:before="60" w:line="360" w:lineRule="auto"/>
      </w:pPr>
      <w:r>
        <w:t>Ce procédé force l'acceptation des contradictions. Si "joycamp" signifie à la fois "joie" et "camp concentrationnaire", alors les camps concentrationnaires doivent être joyeux. La langue fabrique un consensus absurde.</w:t>
      </w:r>
    </w:p>
    <w:p>
      <w:pPr>
        <w:pStyle w:val="Heading3"/>
      </w:pPr>
      <w:r>
        <w:t>Principe 3 : Suppression des synonymes</w:t>
      </w:r>
    </w:p>
    <w:p>
      <w:pPr>
        <w:spacing w:before="60" w:line="360" w:lineRule="auto"/>
      </w:pPr>
      <w:r>
        <w:t>La novlangue élimine les mots synonymes pour empêcher la comparaison, l'évaluation critique. S'il y a plusieurs mots pour une chose, on peut les comparer, les préférer les uns aux autres. Avec un seul mot, cette comparaison devient impossible.</w:t>
      </w:r>
    </w:p>
    <w:p>
      <w:pPr>
        <w:pStyle w:val="Heading3"/>
      </w:pPr>
      <w:r>
        <w:t>Principe 4 : Suffixes et préfixes obligatoires</w:t>
      </w:r>
    </w:p>
    <w:p>
      <w:pPr>
        <w:spacing w:before="60" w:line="360" w:lineRule="auto"/>
      </w:pPr>
      <w:r>
        <w:t>La novlangue utilise des affixes réguliers qui créent l'illusion de transparence. Par exemple, "non-" en préfixe : "non-crime" signifie littéralement l'absence de crime, mais dans le contexte du régime, cela signifie l'infraction majeure contre le régime.</w:t>
      </w:r>
    </w:p>
    <w:p>
      <w:pPr>
        <w:spacing w:before="60" w:line="360" w:lineRule="auto"/>
      </w:pPr>
      <w:r>
        <w:t>L'avantage pour le pouvoir : l'illusion que chacun peut créer du sens, alors qu'en réalité, le sens est toujours dicté par le régime.</w:t>
      </w:r>
    </w:p>
    <w:p>
      <w:pPr>
        <w:pStyle w:val="Heading2"/>
      </w:pPr>
      <w:r>
        <w:t>3. La novlangue rend la pensée libre impossible</w:t>
      </w:r>
    </w:p>
    <w:p>
      <w:pPr>
        <w:spacing w:before="120" w:line="360" w:lineRule="auto"/>
      </w:pPr>
      <w:r>
        <w:t>L'aspect le plus troublant du concept d'Orwell est la thèse selon laquelle la réduction du langage rend simplement certaines pensées impossibles.</w:t>
      </w:r>
    </w:p>
    <w:p>
      <w:pPr>
        <w:spacing w:before="120" w:line="360" w:lineRule="auto"/>
      </w:pPr>
      <w:r>
        <w:t>Winston Smith, le protagoniste du roman, tente de concevoir une pensée critique du régime. Mais il manque constamment des mots. Il pense "Le Parti est mauvais", mais "mauvais" n'existe plus en novlangue. Il ne peut donc exprimer sa pensée, ni même la formuler complètement dans son propre esprit.</w:t>
      </w:r>
    </w:p>
    <w:p>
      <w:pPr>
        <w:spacing w:before="120" w:line="360" w:lineRule="auto"/>
      </w:pPr>
      <w:r>
        <w:t>La novlangue ne supprime pas la pensée critique par la censure. Elle la rend impossible par appauvrissement linguistique. C'est infiniment plus efficace que d'interdire les livres.</w:t>
      </w:r>
    </w:p>
    <w:p>
      <w:pPr>
        <w:spacing w:before="120" w:line="360" w:lineRule="auto"/>
      </w:pPr>
      <w:r>
        <w:t>Orwell articule donc une thèse linguistique radicale : ma capacité à penser est directement liée à ma capacité à utiliser un langage riche et nuancé. M'enlever ce langage, c'est m'enlever la liberté de penser.</w:t>
      </w:r>
    </w:p>
    <w:p>
      <w:pPr>
        <w:pStyle w:val="Heading2"/>
      </w:pPr>
      <w:r>
        <w:t>4. Au-delà de la novlangue : d'autres manipulations du langage</w:t>
      </w:r>
    </w:p>
    <w:p>
      <w:pPr>
        <w:spacing w:before="120"/>
      </w:pPr>
      <w:r>
        <w:t>Le roman ne se limite pas à la novlangue. Orwell décrit d'autres formes de manipulation linguistique qui fonctionnent en tandem :</w:t>
      </w:r>
    </w:p>
    <w:p>
      <w:pPr>
        <w:pStyle w:val="ListBullet"/>
        <w:spacing w:line="360" w:lineRule="auto"/>
      </w:pPr>
      <w:r>
        <w:t>La "pensée-double" (doublethink) : la capacité à tenir simultanément deux croyances contradictoires. Le langage crée les conditions psychologiques de cette auto-tromperie.</w:t>
      </w:r>
    </w:p>
    <w:p>
      <w:pPr>
        <w:pStyle w:val="ListBullet"/>
        <w:spacing w:line="360" w:lineRule="auto"/>
      </w:pPr>
      <w:r>
        <w:t>La "rectification" du passé : les journaux sont constamment réécrits pour correspondre à la version actuelle du régime. La langue devient l'instrument de cette réécriture.</w:t>
      </w:r>
    </w:p>
    <w:p>
      <w:pPr>
        <w:pStyle w:val="ListBullet"/>
        <w:spacing w:line="360" w:lineRule="auto"/>
      </w:pPr>
      <w:r>
        <w:t>La propagande : le régime utilise la langue pour créer des réalités fictives. "La guerre, c'est la paix." Ces énoncés forcent l'acceptation de l'absurde.</w:t>
      </w:r>
    </w:p>
    <w:p>
      <w:pPr>
        <w:pStyle w:val="ListBullet"/>
        <w:spacing w:line="360" w:lineRule="auto"/>
      </w:pPr>
      <w:r>
        <w:t>Le contrôle des émotions par la langue : certains mots sont chargés d'affect. Le mot "Ingsoc" (socialisme anglais) déclenche une réaction émotionnelle pavlovienne.</w:t>
      </w:r>
    </w:p>
    <w:p>
      <w:pPr>
        <w:pStyle w:val="ListBullet"/>
        <w:spacing w:line="360" w:lineRule="auto"/>
      </w:pPr>
      <w:r>
        <w:t>L'inversion des valeurs : "Liberté, c'est l'esclavage." La langue crée une morale inversée en forçant l'acceptation d'énoncés absurdes.</w:t>
      </w:r>
    </w:p>
    <w:p>
      <w:pPr>
        <w:pStyle w:val="Heading2"/>
      </w:pPr>
      <w:r>
        <w:t>5. L'appendice technique : la grammaire de la novlangue</w:t>
      </w:r>
    </w:p>
    <w:p>
      <w:pPr>
        <w:spacing w:before="120" w:line="360" w:lineRule="auto"/>
      </w:pPr>
      <w:r>
        <w:t>Orwell inclut un appendice détaillé décrivant la grammaire et la structure de la novlangue. Cet appendice confère une autorité quasi-linguistique au concept.</w:t>
      </w:r>
    </w:p>
    <w:p>
      <w:pPr>
        <w:spacing w:before="120" w:line="360" w:lineRule="auto"/>
      </w:pPr>
      <w:r>
        <w:t>Le génie de cet appendice : il montre que la novlangue n'est pas chaotique ou arbitraire. Elle suit des règles logiques, presque élégantes. C'est un système rationnel conçu pour atteindre un objectif politique spécifique.</w:t>
      </w:r>
    </w:p>
    <w:p>
      <w:pPr>
        <w:spacing w:before="120" w:line="360" w:lineRule="auto"/>
      </w:pPr>
      <w:r>
        <w:t>Cela rend la novlangue encore plus perturbante. Ce n'est pas une corruption accidentelle du langage. C'est une arme construite avec soin.</w:t>
      </w:r>
    </w:p>
    <w:p>
      <w:pPr>
        <w:pStyle w:val="Heading2"/>
      </w:pPr>
      <w:r>
        <w:t>6. Le totalitarisme comme système cohérent et complet</w:t>
      </w:r>
    </w:p>
    <w:p>
      <w:pPr>
        <w:spacing w:before="120" w:line="360" w:lineRule="auto"/>
      </w:pPr>
      <w:r>
        <w:t>1984 est remarquable parce qu'Orwell ne présente pas le totalitarisme comme une anomalie ou une perversion qui s'effondrerait d'elle-même.</w:t>
      </w:r>
    </w:p>
    <w:p>
      <w:pPr>
        <w:spacing w:before="120"/>
      </w:pPr>
      <w:r>
        <w:t>Le régime de 1984 est stable. Il persiste parce que :</w:t>
      </w:r>
    </w:p>
    <w:p>
      <w:pPr>
        <w:pStyle w:val="ListBullet"/>
        <w:spacing w:line="360" w:lineRule="auto"/>
      </w:pPr>
      <w:r>
        <w:t>Il satisfait les besoins de domination chez les élites.</w:t>
      </w:r>
    </w:p>
    <w:p>
      <w:pPr>
        <w:pStyle w:val="ListBullet"/>
        <w:spacing w:line="360" w:lineRule="auto"/>
      </w:pPr>
      <w:r>
        <w:t>Il contrôle chaque aspect de la vie : langage, pensée, sentiment, relation sexuelle, amitié.</w:t>
      </w:r>
    </w:p>
    <w:p>
      <w:pPr>
        <w:pStyle w:val="ListBullet"/>
        <w:spacing w:line="360" w:lineRule="auto"/>
      </w:pPr>
      <w:r>
        <w:t>Il possède des instruments de domination efficaces : la police de la pensée, la torture, le réapprentissage idéologique.</w:t>
      </w:r>
    </w:p>
    <w:p>
      <w:pPr>
        <w:pStyle w:val="ListBullet"/>
        <w:spacing w:line="360" w:lineRule="auto"/>
      </w:pPr>
      <w:r>
        <w:t>Il crée une réalité dans laquelle l'alternative devient impensable. On ne peut même pas imaginer un autre monde.</w:t>
      </w:r>
    </w:p>
    <w:p>
      <w:pPr>
        <w:pStyle w:val="ListBullet"/>
        <w:spacing w:line="360" w:lineRule="auto"/>
      </w:pPr>
      <w:r>
        <w:t>Il utilise le langage pour fabriquer une certitude absolue chez les habitants.</w:t>
      </w:r>
    </w:p>
    <w:p>
      <w:pPr>
        <w:spacing w:before="120" w:line="360" w:lineRule="auto"/>
      </w:pPr>
      <w:r>
        <w:t>C'est précisément ce qui rend 1984 prophétique et terrifiant : ce n'est pas une distopie qui s'effondrera. C'est une possibilité politique réelle.</w:t>
      </w:r>
    </w:p>
    <w:p>
      <w:pPr>
        <w:pStyle w:val="Heading2"/>
      </w:pPr>
      <w:r>
        <w:t>7. Le tragique sans recours : l'impossibilité de la résistance</w:t>
      </w:r>
    </w:p>
    <w:p>
      <w:pPr>
        <w:spacing w:before="120" w:line="360" w:lineRule="auto"/>
      </w:pPr>
      <w:r>
        <w:t>Le roman se termine tragiquement. Winston Smith, qui rêve de résistance, est finalement brisé par la torture et l'intimidation. Il en vient à aimer le régime et à accepter complètement sa vision du monde.</w:t>
      </w:r>
    </w:p>
    <w:p>
      <w:pPr>
        <w:spacing w:before="120" w:line="360" w:lineRule="auto"/>
      </w:pPr>
      <w:r>
        <w:t>Cette fin contraste radicalement avec d'autres romans de résistance qui proposent l'espoir. Chez Orwell, la fin est l'annihilation complète de la volonté individuelle.</w:t>
      </w:r>
    </w:p>
    <w:p>
      <w:pPr>
        <w:spacing w:before="120" w:line="360" w:lineRule="auto"/>
      </w:pPr>
      <w:r>
        <w:t>Pourquoi cela importe pour notre dossier : c'est précisément parce que le régime contrôle le langage que la résistance devient impossible. Une fois la novlangue intériorisée, on ne peut plus même concevoir l'alternative.</w:t>
      </w:r>
    </w:p>
    <w:p>
      <w:pPr>
        <w:pStyle w:val="Heading2"/>
      </w:pPr>
      <w:r>
        <w:t>8. Critiques et lectures débattues</w:t>
      </w:r>
    </w:p>
    <w:p>
      <w:pPr>
        <w:spacing w:before="120"/>
      </w:pPr>
      <w:r>
        <w:t>1984 a suscité des critiques et des débats permanents :</w:t>
      </w:r>
    </w:p>
    <w:p>
      <w:pPr>
        <w:spacing w:before="120" w:line="360" w:lineRule="auto"/>
      </w:pPr>
      <w:r>
        <w:t>D'abord, certains arguments sur le langage et la pensée semblent trop déterministes. La langue influence-t-elle vraiment la pensée à ce point ? Les humains ne peuvent-ils pas contourner les limitations linguistiques par d'autres moyens (image, métaphore, intuition) ?</w:t>
      </w:r>
    </w:p>
    <w:p>
      <w:pPr>
        <w:spacing w:before="120" w:line="360" w:lineRule="auto"/>
      </w:pPr>
      <w:r>
        <w:t>Ensuite, le roman peut sembler trop absolu. Aucun régime ne contrôle vraiment tout. Les humains trouvent des échappatoires. Orwell semble nier la capacité humaine à la ruse, au jeu, à la subversion.</w:t>
      </w:r>
    </w:p>
    <w:p>
      <w:pPr>
        <w:spacing w:before="120" w:line="360" w:lineRule="auto"/>
      </w:pPr>
      <w:r>
        <w:t>De plus, la fin sans espoir a été critiquée comme politiquement paralysante. Si le totalitarisme est invincible, pourquoi résister ? Pourquoi même lire 1984 ?</w:t>
      </w:r>
    </w:p>
    <w:p>
      <w:pPr>
        <w:pStyle w:val="Heading2"/>
      </w:pPr>
      <w:r>
        <w:t>9. Pertinence pour le dossier : langage et tyrannie</w:t>
      </w:r>
    </w:p>
    <w:p>
      <w:pPr>
        <w:spacing w:before="120"/>
      </w:pPr>
      <w:r>
        <w:t>1984 est essentiel pour notre dossier pour plusieurs raisons :</w:t>
      </w:r>
    </w:p>
    <w:p>
      <w:pPr>
        <w:pStyle w:val="ListBullet"/>
        <w:spacing w:line="360" w:lineRule="auto"/>
      </w:pPr>
      <w:r>
        <w:t>Il conceptualise la "novlangue" comme arme politique systématique : réduire le langage pour rendre impossible la pensée critique.</w:t>
      </w:r>
    </w:p>
    <w:p>
      <w:pPr>
        <w:pStyle w:val="ListBullet"/>
        <w:spacing w:line="360" w:lineRule="auto"/>
      </w:pPr>
      <w:r>
        <w:t>Il affirme le lien causal entre langage et pensée : la liberté de pensée dépend de la richesse et de la clarté du langage.</w:t>
      </w:r>
    </w:p>
    <w:p>
      <w:pPr>
        <w:pStyle w:val="ListBullet"/>
        <w:spacing w:line="360" w:lineRule="auto"/>
      </w:pPr>
      <w:r>
        <w:t>Il montre comment un régime totalitaire utilise le langage pour réaliser le contrôle mental complet.</w:t>
      </w:r>
    </w:p>
    <w:p>
      <w:pPr>
        <w:pStyle w:val="ListBullet"/>
        <w:spacing w:line="360" w:lineRule="auto"/>
      </w:pPr>
      <w:r>
        <w:t>Il anticipe les formes modernes de manipulation linguistique : simplification, slogans, contradictions absolues présentées comme vérités.</w:t>
      </w:r>
    </w:p>
    <w:p>
      <w:pPr>
        <w:pStyle w:val="ListBullet"/>
        <w:spacing w:line="360" w:lineRule="auto"/>
      </w:pPr>
      <w:r>
        <w:t>Il pose la question : tant que le langage est libre, existe-t-il une forme de liberté inaliénable ? Et que se passe-t-il quand cette liberté disparaît ?</w:t>
      </w:r>
    </w:p>
    <w:p>
      <w:pPr>
        <w:pStyle w:val="Heading2"/>
      </w:pPr>
      <w:r>
        <w:t>10. Conclusion</w:t>
      </w:r>
    </w:p>
    <w:p>
      <w:pPr>
        <w:spacing w:before="120" w:line="360" w:lineRule="auto"/>
      </w:pPr>
      <w:r>
        <w:t>1984 demeure l'une des plus grandes dystopies politiques de la littérature. Par sa conceptualisation de la novlangue et du contrôle linguistique, Orwell identifie un mécanisme de domination totalitaire infiniment plus subtil que la force physique.</w:t>
      </w:r>
    </w:p>
    <w:p>
      <w:pPr>
        <w:spacing w:before="120" w:line="360" w:lineRule="auto"/>
      </w:pPr>
      <w:r>
        <w:t>Le roman suggère que le véritable totalitarisme ne se contente pas de contrôler les actions. Il doit contrôler les mots, pour contrôler les pensées. En rendant certaines pensées littéralement inexprimables, il rend la liberté elle-même inconcevable.</w:t>
      </w:r>
    </w:p>
    <w:p>
      <w:pPr>
        <w:spacing w:before="120" w:line="360" w:lineRule="auto"/>
      </w:pPr>
      <w:r>
        <w:t>Pour notre dossier sur le langage et la tyrannie, 1984 fournit une vision prophétique et terrifiante de la manière dont le contrôle des mots peut devenir le contrôle des esprits. Et donc, la manière dont la défense de la richesse du langage est une défense inséparable de la liberté.</w:t>
      </w:r>
    </w:p>
    <w:p>
      <w:r>
        <w:br w:type="page"/>
      </w:r>
    </w:p>
    <w:p>
      <w:pPr>
        <w:pStyle w:val="Heading2"/>
      </w:pPr>
      <w:r>
        <w:t>Références</w:t>
      </w:r>
    </w:p>
    <w:p>
      <w:pPr>
        <w:pStyle w:val="ListBullet"/>
        <w:spacing w:line="360" w:lineRule="auto"/>
      </w:pPr>
      <w:r>
        <w:t>Orwell, George. 1984. Penguin Classics et diverses éditions en français (Le Seuil notamment).</w:t>
      </w:r>
    </w:p>
    <w:p>
      <w:pPr>
        <w:pStyle w:val="ListBullet"/>
        <w:spacing w:line="360" w:lineRule="auto"/>
      </w:pPr>
      <w:r>
        <w:t>Orwell, George. "La politique et la langue anglaise". Essai foundationnel pour comprendre les concepts développés dans 1984.</w:t>
      </w:r>
    </w:p>
    <w:p>
      <w:pPr>
        <w:pStyle w:val="ListBullet"/>
        <w:spacing w:line="360" w:lineRule="auto"/>
      </w:pPr>
      <w:r>
        <w:t>Orwell, George. "Notes on Nationalism" et autres essais. Pour le contexte politique et idéologique.</w:t>
      </w:r>
    </w:p>
    <w:p>
      <w:pPr>
        <w:pStyle w:val="ListBullet"/>
        <w:spacing w:line="360" w:lineRule="auto"/>
      </w:pPr>
      <w:r>
        <w:t>Études critiques : Peter Davison, The Penguin Edition of 1984; Irving Howe, "1984: Anatomy of a Novel".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