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Jacques Ellul</w:t>
      </w:r>
    </w:p>
    <w:p>
      <w:pPr>
        <w:pStyle w:val="Heading2"/>
        <w:jc w:val="center"/>
      </w:pPr>
      <w:r>
        <w:t>Propagandes (1962)</w:t>
      </w:r>
    </w:p>
    <w:p>
      <w:pPr>
        <w:jc w:val="center"/>
      </w:pPr>
      <w:r>
        <w:t>Étude systématique de la propagande moderne comme phénomène social et linguistique</w:t>
      </w:r>
    </w:p>
    <w:p/>
    <w:p>
      <w:pPr>
        <w:pStyle w:val="Heading2"/>
      </w:pPr>
      <w:r>
        <w:t>1. Qui est Jacques Ellul et quel est son projet</w:t>
      </w:r>
    </w:p>
    <w:p>
      <w:pPr>
        <w:spacing w:before="120" w:line="360" w:lineRule="auto"/>
      </w:pPr>
      <w:r>
        <w:t>Jacques Ellul était un sociologiste et théologien français. Propagandes, publié en 1962, est une analyse systématique et sociologique de la propagande en tant que phénomène moderne.</w:t>
      </w:r>
    </w:p>
    <w:p>
      <w:pPr>
        <w:spacing w:before="120" w:line="360" w:lineRule="auto"/>
      </w:pPr>
      <w:r>
        <w:t>Contrairement à Soljenitsyne, Orwell ou Klemperer qui observent la propagande dans des régimes totalitaires spécifiques, Ellul s'intéresse à la propagande comme phénomène structurel de la modernité. Elle existe partout : en démocratie comme en totalitarisme, dans la publicité comme dans la politique.</w:t>
      </w:r>
    </w:p>
    <w:p>
      <w:pPr>
        <w:spacing w:before="120" w:line="360" w:lineRule="auto"/>
      </w:pPr>
      <w:r>
        <w:t>Son ambition est de fournir une sociologie systématique de la propagande : qu'est-ce que c'est, comment fonctionne-t-elle, quels en sont les mécanismes, quels sont ses effets sur la conscience collective.</w:t>
      </w:r>
    </w:p>
    <w:p>
      <w:pPr>
        <w:spacing w:before="120" w:line="360" w:lineRule="auto"/>
      </w:pPr>
      <w:r>
        <w:t>Pour notre dossier, Ellul élargit considérablement la perspective. La question du langage et de la tyrannie n'est pas limitée aux régimes totalitaires. C'est un phénomène de la société moderne elle-même.</w:t>
      </w:r>
    </w:p>
    <w:p>
      <w:pPr>
        <w:pStyle w:val="Heading2"/>
      </w:pPr>
      <w:r>
        <w:t>2. Qu'est-ce que la propagande selon Ellul</w:t>
      </w:r>
    </w:p>
    <w:p>
      <w:pPr>
        <w:spacing w:before="120" w:line="360" w:lineRule="auto"/>
      </w:pPr>
      <w:r>
        <w:t>Ellul distingue la propagande du simple mensonge ou de la persuasion ordinaire. La propagande est un phénomène systématique, organisé, destiné à créer une conformité mentale et comportementale.</w:t>
      </w:r>
    </w:p>
    <w:p>
      <w:pPr>
        <w:spacing w:before="120"/>
      </w:pPr>
      <w:r>
        <w:t>Caractéristiques de la propagande :</w:t>
      </w:r>
    </w:p>
    <w:p>
      <w:pPr>
        <w:pStyle w:val="ListBullet"/>
        <w:spacing w:line="360" w:lineRule="auto"/>
      </w:pPr>
      <w:r>
        <w:t>Elle est systématique et continue : elle n'est pas un événement ponctuel, mais un environnement constant.</w:t>
      </w:r>
    </w:p>
    <w:p>
      <w:pPr>
        <w:pStyle w:val="ListBullet"/>
        <w:spacing w:line="360" w:lineRule="auto"/>
      </w:pPr>
      <w:r>
        <w:t>Elle ne cherche pas seulement l'assentiment intellectuel. Elle cherche à modifier les sentiments, les comportements, l'identité entière.</w:t>
      </w:r>
    </w:p>
    <w:p>
      <w:pPr>
        <w:pStyle w:val="ListBullet"/>
        <w:spacing w:line="360" w:lineRule="auto"/>
      </w:pPr>
      <w:r>
        <w:t>Elle utilise tous les médias disponibles : presse, radio, cinéma, désormais télévision et autres.</w:t>
      </w:r>
    </w:p>
    <w:p>
      <w:pPr>
        <w:pStyle w:val="ListBullet"/>
        <w:spacing w:line="360" w:lineRule="auto"/>
      </w:pPr>
      <w:r>
        <w:t>Elle est le plus souvent inconsciente : nous ne percevons pas que nous sommes propagandisés.</w:t>
      </w:r>
    </w:p>
    <w:p>
      <w:pPr>
        <w:pStyle w:val="ListBullet"/>
        <w:spacing w:line="360" w:lineRule="auto"/>
      </w:pPr>
      <w:r>
        <w:t>Elle fonctionne en exploitant les désirs et les peurs existantes, plutôt qu'en créant de nouveaux désirs.</w:t>
      </w:r>
    </w:p>
    <w:p>
      <w:pPr>
        <w:pStyle w:val="ListBullet"/>
        <w:spacing w:line="360" w:lineRule="auto"/>
      </w:pPr>
      <w:r>
        <w:t>Elle est démocratique et moderne : elle existe dans les démocraties libérales autant que dans les totalitarismes.</w:t>
      </w:r>
    </w:p>
    <w:p>
      <w:pPr>
        <w:pStyle w:val="Heading2"/>
      </w:pPr>
      <w:r>
        <w:t>3. Les différentes formes de propagande</w:t>
      </w:r>
    </w:p>
    <w:p>
      <w:pPr>
        <w:spacing w:before="120"/>
      </w:pPr>
      <w:r>
        <w:t>Ellul distingue plusieurs formes :</w:t>
      </w:r>
    </w:p>
    <w:p>
      <w:pPr>
        <w:pStyle w:val="Heading3"/>
      </w:pPr>
      <w:r>
        <w:t>Propagande agitée</w:t>
      </w:r>
    </w:p>
    <w:p>
      <w:pPr>
        <w:spacing w:before="60" w:line="360" w:lineRule="auto"/>
      </w:pPr>
      <w:r>
        <w:t>Destinée à mobiliser les masses, à les mettre en mouvement. Elle crée l'excitation, l'émotion, le sentiment d'appartenance à un mouvement. Typique des régimes totalitaires en phase de prise de pouvoir.</w:t>
      </w:r>
    </w:p>
    <w:p>
      <w:pPr>
        <w:pStyle w:val="Heading3"/>
      </w:pPr>
      <w:r>
        <w:t>Propagande d'intégration</w:t>
      </w:r>
    </w:p>
    <w:p>
      <w:pPr>
        <w:spacing w:before="60" w:line="360" w:lineRule="auto"/>
      </w:pPr>
      <w:r>
        <w:t>Destinée à maintenir la conformité, à intégrer les citoyens au système existant. Plus subtile, plus pervasive. Typique des sociétés modernes stables, démocratiques ou totalitaires.</w:t>
      </w:r>
    </w:p>
    <w:p>
      <w:pPr>
        <w:pStyle w:val="Heading3"/>
      </w:pPr>
      <w:r>
        <w:t>Propagande politique</w:t>
      </w:r>
    </w:p>
    <w:p>
      <w:pPr>
        <w:spacing w:before="60" w:line="360" w:lineRule="auto"/>
      </w:pPr>
      <w:r>
        <w:t>Directement liée à des enjeux politiques, des élections, des régimes.</w:t>
      </w:r>
    </w:p>
    <w:p>
      <w:pPr>
        <w:pStyle w:val="Heading3"/>
      </w:pPr>
      <w:r>
        <w:t>Propagande commerciale</w:t>
      </w:r>
    </w:p>
    <w:p>
      <w:pPr>
        <w:spacing w:before="60" w:line="360" w:lineRule="auto"/>
      </w:pPr>
      <w:r>
        <w:t>La publicité. Elle crée des désirs, des identités, des styles de vie. Elle est peut-être la plus pervasive de nos jours.</w:t>
      </w:r>
    </w:p>
    <w:p>
      <w:pPr>
        <w:pStyle w:val="Heading2"/>
      </w:pPr>
      <w:r>
        <w:t>4. Comment fonctionne la propagande : mécanismes linguistiques et psychologiques</w:t>
      </w:r>
    </w:p>
    <w:p>
      <w:pPr>
        <w:spacing w:before="120"/>
      </w:pPr>
      <w:r>
        <w:t>Ellul analyse les mécanismes par lesquels la propagande opère :</w:t>
      </w:r>
    </w:p>
    <w:p>
      <w:pPr>
        <w:pStyle w:val="Heading3"/>
      </w:pPr>
      <w:r>
        <w:t>Simplification et slogans</w:t>
      </w:r>
    </w:p>
    <w:p>
      <w:pPr>
        <w:spacing w:before="60" w:line="360" w:lineRule="auto"/>
      </w:pPr>
      <w:r>
        <w:t>La réalité complexe est réduite à des formules simples. "La France est grande", "C'est bon pour vous", "Vote pour nous". Ces slogans deviennent des automatismes mentaux.</w:t>
      </w:r>
    </w:p>
    <w:p>
      <w:pPr>
        <w:pStyle w:val="Heading3"/>
      </w:pPr>
      <w:r>
        <w:t>Répétition incessante</w:t>
      </w:r>
    </w:p>
    <w:p>
      <w:pPr>
        <w:spacing w:before="60" w:line="360" w:lineRule="auto"/>
      </w:pPr>
      <w:r>
        <w:t>Un message est répété jusqu'à l'saturation. Pas d'argument raffiné, juste la répétition. Cela crée une sorte d'hypnose mentale.</w:t>
      </w:r>
    </w:p>
    <w:p>
      <w:pPr>
        <w:pStyle w:val="Heading3"/>
      </w:pPr>
      <w:r>
        <w:t>Réduction des alternatives</w:t>
      </w:r>
    </w:p>
    <w:p>
      <w:pPr>
        <w:spacing w:before="60" w:line="360" w:lineRule="auto"/>
      </w:pPr>
      <w:r>
        <w:t>La propagande se présente toujours comme la seule option raisonnable. Les alternatives sont soit cachées, soit présentées comme aberrantes ou dangereuses.</w:t>
      </w:r>
    </w:p>
    <w:p>
      <w:pPr>
        <w:pStyle w:val="Heading3"/>
      </w:pPr>
      <w:r>
        <w:t>Stimulation émotionnelle constante</w:t>
      </w:r>
    </w:p>
    <w:p>
      <w:pPr>
        <w:spacing w:before="60" w:line="360" w:lineRule="auto"/>
      </w:pPr>
      <w:r>
        <w:t>Plutôt que d'appel à la raison, la propagande crée un état émotionnel permanent : peur, enthousiasme, fierté, ressentiment.</w:t>
      </w:r>
    </w:p>
    <w:p>
      <w:pPr>
        <w:pStyle w:val="Heading3"/>
      </w:pPr>
      <w:r>
        <w:t>Création d'une réalité parallèle</w:t>
      </w:r>
    </w:p>
    <w:p>
      <w:pPr>
        <w:spacing w:before="60" w:line="360" w:lineRule="auto"/>
      </w:pPr>
      <w:r>
        <w:t>La propagande crée un univers signifiant qui devient l'horizon mental du citoyen. Les faits qui ne rentrent pas dans cet univers sont ignorés ou déformés.</w:t>
      </w:r>
    </w:p>
    <w:p>
      <w:pPr>
        <w:pStyle w:val="Heading2"/>
      </w:pPr>
      <w:r>
        <w:t>5. Pourquoi la propagande fonctionne : la condition moderne</w:t>
      </w:r>
    </w:p>
    <w:p>
      <w:pPr>
        <w:spacing w:before="120"/>
      </w:pPr>
      <w:r>
        <w:t>Ellul affirme que la propagande est possible parce que les conditions modernes la facilitent :</w:t>
      </w:r>
    </w:p>
    <w:p>
      <w:pPr>
        <w:pStyle w:val="ListBullet"/>
        <w:spacing w:line="360" w:lineRule="auto"/>
      </w:pPr>
      <w:r>
        <w:t>Le citoyen moderne est isolé, atomisé. Il n'a pas de cadre communautaire fort pour le protéger du message propagandiste.</w:t>
      </w:r>
    </w:p>
    <w:p>
      <w:pPr>
        <w:pStyle w:val="ListBullet"/>
        <w:spacing w:line="360" w:lineRule="auto"/>
      </w:pPr>
      <w:r>
        <w:t>L'éducation, censément le rempart contre la propagande, est elle-même propagandisée. On enseigne ce qu'il faut penser.</w:t>
      </w:r>
    </w:p>
    <w:p>
      <w:pPr>
        <w:pStyle w:val="ListBullet"/>
        <w:spacing w:line="360" w:lineRule="auto"/>
      </w:pPr>
      <w:r>
        <w:t>Les médias de masse sont contrôlés ou influencés. Il est difficile d'accéder à des informations alternatives.</w:t>
      </w:r>
    </w:p>
    <w:p>
      <w:pPr>
        <w:pStyle w:val="ListBullet"/>
        <w:spacing w:line="360" w:lineRule="auto"/>
      </w:pPr>
      <w:r>
        <w:t>La surcharge informationnelle rend impossible une vérification critique de tous les messages. On accepte passivement.</w:t>
      </w:r>
    </w:p>
    <w:p>
      <w:pPr>
        <w:pStyle w:val="ListBullet"/>
        <w:spacing w:line="360" w:lineRule="auto"/>
      </w:pPr>
      <w:r>
        <w:t>La complexité du monde moderne dépasse la compréhension du citoyen ordinaire. Il est donc prêt à accepter des simplifications propagandistes.</w:t>
      </w:r>
    </w:p>
    <w:p>
      <w:pPr>
        <w:pStyle w:val="ListBullet"/>
        <w:spacing w:line="360" w:lineRule="auto"/>
      </w:pPr>
      <w:r>
        <w:t>La technologie moderne permet une pénétration de la propagande jamais atteinte auparavant.</w:t>
      </w:r>
    </w:p>
    <w:p>
      <w:pPr>
        <w:pStyle w:val="Heading2"/>
      </w:pPr>
      <w:r>
        <w:t>6. L'ubiquité de la propagande dans la société moderne</w:t>
      </w:r>
    </w:p>
    <w:p>
      <w:pPr>
        <w:spacing w:before="120" w:line="360" w:lineRule="auto"/>
      </w:pPr>
      <w:r>
        <w:t>Un point crucial chez Ellul : la propagande n'est pas quelque chose que certains régimes font. C'est un phénomène structurel de toute société moderne.</w:t>
      </w:r>
    </w:p>
    <w:p>
      <w:pPr>
        <w:spacing w:before="120"/>
      </w:pPr>
      <w:r>
        <w:t>On la trouve :</w:t>
      </w:r>
    </w:p>
    <w:p>
      <w:pPr>
        <w:pStyle w:val="ListBullet"/>
        <w:spacing w:line="360" w:lineRule="auto"/>
      </w:pPr>
      <w:r>
        <w:t>En démocratie libérale : les élections modernes sont largement des événements propagandistes.</w:t>
      </w:r>
    </w:p>
    <w:p>
      <w:pPr>
        <w:pStyle w:val="ListBullet"/>
        <w:spacing w:line="360" w:lineRule="auto"/>
      </w:pPr>
      <w:r>
        <w:t>Dans la publicité commerciale : la majorité des messages publicitaires ne visent pas à informer, mais à créer des désirs.</w:t>
      </w:r>
    </w:p>
    <w:p>
      <w:pPr>
        <w:pStyle w:val="ListBullet"/>
        <w:spacing w:line="360" w:lineRule="auto"/>
      </w:pPr>
      <w:r>
        <w:t>Dans l'éducation : l'école enseigne non seulement des faits, mais aussi une vision du monde, des valeurs.</w:t>
      </w:r>
    </w:p>
    <w:p>
      <w:pPr>
        <w:pStyle w:val="ListBullet"/>
        <w:spacing w:line="360" w:lineRule="auto"/>
      </w:pPr>
      <w:r>
        <w:t>Même en science : la communication scientifique est souvent propagandiste, simplifiant excessivement.</w:t>
      </w:r>
    </w:p>
    <w:p>
      <w:pPr>
        <w:pStyle w:val="ListBullet"/>
        <w:spacing w:line="360" w:lineRule="auto"/>
      </w:pPr>
      <w:r>
        <w:t>Dans la vie quotidienne : la pression sociale constante à la conformité est une forme de propagande.</w:t>
      </w:r>
    </w:p>
    <w:p>
      <w:pPr>
        <w:spacing w:before="120" w:line="360" w:lineRule="auto"/>
      </w:pPr>
      <w:r>
        <w:t>Ellul refuse l'idée naïve que "c'est seulement dans les régimes totalitaires". Non, c'est partout. Nous vivons tous dans un environnement propagandiste permanent.</w:t>
      </w:r>
    </w:p>
    <w:p>
      <w:pPr>
        <w:pStyle w:val="Heading2"/>
      </w:pPr>
      <w:r>
        <w:t>7. Peut-on être immunisé contre la propagande ?</w:t>
      </w:r>
    </w:p>
    <w:p>
      <w:pPr>
        <w:spacing w:before="120" w:line="360" w:lineRule="auto"/>
      </w:pPr>
      <w:r>
        <w:t>Ellul pose une question désabusée : peut-on vraiment résister ? Son réponse est nuancée.</w:t>
      </w:r>
    </w:p>
    <w:p>
      <w:pPr>
        <w:spacing w:before="120" w:line="360" w:lineRule="auto"/>
      </w:pPr>
      <w:r>
        <w:t>L'éducation critique peut aider, mais elle est elle-même propagandisée. La conscience de la propagande aide un peu, mais elle ne suffit pas : même en sachant que nous sommes propagandisés, nous restons soumis aux effets.</w:t>
      </w:r>
    </w:p>
    <w:p>
      <w:pPr>
        <w:spacing w:before="120" w:line="360" w:lineRule="auto"/>
      </w:pPr>
      <w:r>
        <w:t>Ellul suggère une forme d'humilité : accepter qu'on est tous en quelque sorte "propagandisés", mais maintenir une certaine vigilance, une certaine distance critique. Cultiver le doute, chercher des sources alternatives, refuser la passivité mentale.</w:t>
      </w:r>
    </w:p>
    <w:p>
      <w:pPr>
        <w:spacing w:before="120" w:line="360" w:lineRule="auto"/>
      </w:pPr>
      <w:r>
        <w:t>Mais il ne propose pas d'optimisme facile : la résistance est possible, mais elle est difficile, incomplète, et jamais définitive.</w:t>
      </w:r>
    </w:p>
    <w:p>
      <w:pPr>
        <w:pStyle w:val="Heading2"/>
      </w:pPr>
      <w:r>
        <w:t>8. Critiques et limitations de l'analyse d'Ellul</w:t>
      </w:r>
    </w:p>
    <w:p>
      <w:pPr>
        <w:spacing w:before="120"/>
      </w:pPr>
      <w:r>
        <w:t>L'analyse d'Ellul a reçu des critiques :</w:t>
      </w:r>
    </w:p>
    <w:p>
      <w:pPr>
        <w:spacing w:before="120" w:line="360" w:lineRule="auto"/>
      </w:pPr>
      <w:r>
        <w:t>D'abord, elle peut sembler trop déterministe. Ellul suggère presque que la propagande fonctionne automatiquement, que les gens sont des récepteurs passifs. Mais les individus ont aussi une capacité à critiquer, à négocier, à résister.</w:t>
      </w:r>
    </w:p>
    <w:p>
      <w:pPr>
        <w:spacing w:before="120" w:line="360" w:lineRule="auto"/>
      </w:pPr>
      <w:r>
        <w:t>Ensuite, l'équivalence qu'Ellul établit entre publicité et propagande politique peut sembler excessive. Une annonce publicitaire n'est pas de la même nature qu'une campagne politique totalitaire.</w:t>
      </w:r>
    </w:p>
    <w:p>
      <w:pPr>
        <w:spacing w:before="120" w:line="360" w:lineRule="auto"/>
      </w:pPr>
      <w:r>
        <w:t>Enfin, l'analyse peut mener à une certaine paralysie : si la propagande est ubiquitaire et efficace, pourquoi même essayer de résister ?</w:t>
      </w:r>
    </w:p>
    <w:p>
      <w:pPr>
        <w:pStyle w:val="Heading2"/>
      </w:pPr>
      <w:r>
        <w:t>9. Pertinence pour le dossier : langage et tyrannie</w:t>
      </w:r>
    </w:p>
    <w:p>
      <w:pPr>
        <w:spacing w:before="120"/>
      </w:pPr>
      <w:r>
        <w:t>Ellul élargit considérablement notre perspective :</w:t>
      </w:r>
    </w:p>
    <w:p>
      <w:pPr>
        <w:pStyle w:val="ListBullet"/>
        <w:spacing w:line="360" w:lineRule="auto"/>
      </w:pPr>
      <w:r>
        <w:t>Il montre que le langage comme instrument de domination n'est pas limité aux régimes totalitaires explicites.</w:t>
      </w:r>
    </w:p>
    <w:p>
      <w:pPr>
        <w:pStyle w:val="ListBullet"/>
        <w:spacing w:line="360" w:lineRule="auto"/>
      </w:pPr>
      <w:r>
        <w:t>Il affirme que toute société moderne produit de la propagande, du conditionnement linguistique et psychologique.</w:t>
      </w:r>
    </w:p>
    <w:p>
      <w:pPr>
        <w:pStyle w:val="ListBullet"/>
        <w:spacing w:line="360" w:lineRule="auto"/>
      </w:pPr>
      <w:r>
        <w:t>Il identifie les mécanismes concrets : slogans, répétition, simplification, réduction des alternatives.</w:t>
      </w:r>
    </w:p>
    <w:p>
      <w:pPr>
        <w:pStyle w:val="ListBullet"/>
        <w:spacing w:line="360" w:lineRule="auto"/>
      </w:pPr>
      <w:r>
        <w:t>Il pose la question de l'inconscience : nous ne remarquons pas la propagande qui nous entoure.</w:t>
      </w:r>
    </w:p>
    <w:p>
      <w:pPr>
        <w:pStyle w:val="ListBullet"/>
        <w:spacing w:line="360" w:lineRule="auto"/>
      </w:pPr>
      <w:r>
        <w:t>Il refuse l'optimisme de ceux qui pensent que l'éducation suffit pour se protéger. Le problème est structurel, pas seulement individuel.</w:t>
      </w:r>
    </w:p>
    <w:p>
      <w:pPr>
        <w:pStyle w:val="Heading2"/>
      </w:pPr>
      <w:r>
        <w:t>10. Conclusion</w:t>
      </w:r>
    </w:p>
    <w:p>
      <w:pPr>
        <w:spacing w:before="120" w:line="360" w:lineRule="auto"/>
      </w:pPr>
      <w:r>
        <w:t>Propagandes demeure une étude sociologique majeure du phénomène propagandiste. Ellul y affirme que la propagande n'est pas un phénomène exceptionnel, mais structurel à la modernité.</w:t>
      </w:r>
    </w:p>
    <w:p>
      <w:pPr>
        <w:spacing w:before="120" w:line="360" w:lineRule="auto"/>
      </w:pPr>
      <w:r>
        <w:t>Pour notre dossier sur le langage et la tyrannie, l'apport d'Ellul est décisif : montrer que le contrôle du langage et la formation des consciences par des moyens linguistiques n'est pas une spécialité des régimes totalitaires. C'est une caractéristique générale de la société moderne, en démocratie comme en autocratie.</w:t>
      </w:r>
    </w:p>
    <w:p>
      <w:pPr>
        <w:spacing w:before="120" w:line="360" w:lineRule="auto"/>
      </w:pPr>
      <w:r>
        <w:t>Cela universalise l'enjeu : la vigilance face au langage et à la propagande n'est pas une question pour les victimes de totalitarisme. C'est une question pour tout citoyen moderne.</w:t>
      </w:r>
    </w:p>
    <w:p>
      <w:r>
        <w:br w:type="page"/>
      </w:r>
    </w:p>
    <w:p>
      <w:pPr>
        <w:pStyle w:val="Heading2"/>
      </w:pPr>
      <w:r>
        <w:t>Références</w:t>
      </w:r>
    </w:p>
    <w:p>
      <w:pPr>
        <w:pStyle w:val="ListBullet"/>
        <w:spacing w:line="360" w:lineRule="auto"/>
      </w:pPr>
      <w:r>
        <w:t>Ellul, Jacques. Propagandes. Éditions Economica, 1990 pour la réédition française (originalement 1962).</w:t>
      </w:r>
    </w:p>
    <w:p>
      <w:pPr>
        <w:pStyle w:val="ListBullet"/>
        <w:spacing w:line="360" w:lineRule="auto"/>
      </w:pPr>
      <w:r>
        <w:t>Ellul, Jacques. La Technique ou l'Enjeu du siècle. Pour comprendre la pensée plus large d'Ellul sur la modernité.</w:t>
      </w:r>
    </w:p>
    <w:p>
      <w:pPr>
        <w:pStyle w:val="ListBullet"/>
        <w:spacing w:line="360" w:lineRule="auto"/>
      </w:pPr>
      <w:r>
        <w:t>Ellul, Jacques. Le Bluff technologique. Sur la technologie moderne comme instrument de contrôle.</w:t>
      </w:r>
    </w:p>
    <w:p>
      <w:pPr>
        <w:pStyle w:val="ListBullet"/>
        <w:spacing w:line="360" w:lineRule="auto"/>
      </w:pPr>
      <w:r>
        <w:t>Études critiques : Darrell Cole, "Jacques Ellul on Technology, Communication, and Politics".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